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1: What Is Matter?</w:t>
      </w:r>
    </w:p>
    <w:p>
      <w:pPr>
        <w:spacing w:after="200"/>
        <w:jc w:val="center"/>
      </w:pPr>
      <w:r>
        <w:rPr>
          <w:b w:val="0"/>
          <w:i/>
          <w:sz w:val="20"/>
        </w:rPr>
        <w:t>5/6 Science  -  Matter and the Particle Model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What two things make something matter?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Is air matter? Give one piece of evidence from today.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Light is not matter. Explain why not.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what matter is.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